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D93A1E"/>
          <w:sz w:val="18"/>
        </w:rPr>
        <w:t>MIKUS &amp; NÄGELE</w:t>
      </w:r>
    </w:p>
    <w:p>
      <w:pPr>
        <w:spacing w:after="40"/>
      </w:pPr>
      <w:r>
        <w:rPr>
          <w:b/>
          <w:i w:val="0"/>
          <w:color w:val="1A1236"/>
          <w:sz w:val="52"/>
        </w:rPr>
        <w:t>Website-Fragebogen</w:t>
      </w:r>
    </w:p>
    <w:p>
      <w:r>
        <w:rPr>
          <w:b w:val="0"/>
          <w:i w:val="0"/>
          <w:sz w:val="22"/>
        </w:rPr>
        <w:t xml:space="preserve">Damit wir starten können, ohne später ständig nachzufragen. </w:t>
      </w:r>
      <w:r>
        <w:rPr>
          <w:b w:val="0"/>
          <w:i w:val="0"/>
          <w:color w:val="6E6A7A"/>
          <w:sz w:val="22"/>
        </w:rPr>
        <w:t>Bitte direkt in diesem Dokument ausfüllen: in die grauen Felder tippen, Kästchen anklicken, speichern und zurückschicken. Was Sie nicht wissen, lassen Sie leer, wir fragen dann gezielt nach.</w:t>
      </w:r>
    </w:p>
    <w:tbl>
      <w:tblPr>
        <w:tblW w:type="auto" w:w="0"/>
        <w:jc w:val="center"/>
        <w:tblLook w:firstColumn="1" w:firstRow="1" w:lastColumn="0" w:lastRow="0" w:noHBand="0" w:noVBand="1" w:val="04A0"/>
      </w:tblPr>
      <w:tblGrid>
        <w:gridCol w:w="9524"/>
      </w:tblGrid>
      <w:tr>
        <w:tc>
          <w:tcPr>
            <w:tcW w:type="dxa" w:w="9524"/>
            <w:shd w:val="clear" w:color="auto" w:fill="F6EFE6"/>
          </w:tcPr>
          <w:p>
            <w:r>
              <w:rPr>
                <w:b/>
                <w:i w:val="0"/>
                <w:color w:val="1A1236"/>
              </w:rPr>
              <w:t xml:space="preserve">Das Wichtigste zuerst  </w:t>
            </w:r>
            <w:r>
              <w:rPr>
                <w:b/>
                <w:i w:val="0"/>
                <w:color w:val="D93A1E"/>
              </w:rPr>
              <w:t>●</w:t>
            </w:r>
            <w:r>
              <w:rPr>
                <w:b w:val="0"/>
                <w:i w:val="0"/>
                <w:sz w:val="20"/>
              </w:rPr>
              <w:t xml:space="preserve">  Mit diesem Zeichen sind die Fragen markiert, ohne die wir nicht live gehen können (Impressum, Öffnungszeiten, Preise). Alles andere macht die Seite besser, blockiert aber nichts.</w:t>
            </w:r>
          </w:p>
          <w:p>
            <w:r>
              <w:rPr>
                <w:b w:val="0"/>
                <w:i w:val="0"/>
                <w:sz w:val="20"/>
              </w:rPr>
              <w:t>Logo, Preisliste und Fotos lassen sich hier nicht einfügen. Schicken Sie diese bitte per E-Mail oder WhatsApp an uns (Adresse ganz unten).</w:t>
            </w:r>
          </w:p>
        </w:tc>
      </w:tr>
    </w:tbl>
    <w:p>
      <w:pPr>
        <w:keepNext/>
        <w:spacing w:before="320" w:after="40"/>
        <w:pBdr>
          <w:bottom w:val="single" w:sz="6" w:space="3" w:color="D93A1E"/>
        </w:pBdr>
      </w:pPr>
      <w:r>
        <w:rPr>
          <w:b/>
          <w:i w:val="0"/>
          <w:color w:val="D93A1E"/>
          <w:sz w:val="19"/>
        </w:rPr>
        <w:t>Teil 1</w:t>
      </w:r>
      <w:r>
        <w:rPr>
          <w:b/>
          <w:i w:val="0"/>
          <w:color w:val="1A1236"/>
          <w:sz w:val="30"/>
        </w:rPr>
        <w:t xml:space="preserve">   Wer Sie sind</w:t>
      </w:r>
    </w:p>
    <w:p>
      <w:r>
        <w:rPr>
          <w:b w:val="0"/>
          <w:i/>
          <w:color w:val="6E6A7A"/>
          <w:sz w:val="19"/>
        </w:rPr>
        <w:t>Das kommt ins Impressum. In Liechtenstein und der Schweiz ist das Pflicht (Name, Anschrift, E-Mail).</w:t>
      </w:r>
    </w:p>
    <w:p>
      <w:pPr>
        <w:keepNext/>
        <w:spacing w:before="140"/>
      </w:pPr>
      <w:r>
        <w:rPr>
          <w:b/>
          <w:i w:val="0"/>
          <w:color w:val="D93A1E"/>
        </w:rPr>
        <w:t xml:space="preserve">1.  </w:t>
      </w:r>
      <w:r>
        <w:rPr>
          <w:b/>
          <w:i w:val="0"/>
          <w:color w:val="1A1236"/>
        </w:rPr>
        <w:t>Vollständiger Name der Inhaberin / des Inhabers</w:t>
      </w:r>
      <w:r>
        <w:rPr>
          <w:b w:val="0"/>
          <w:i w:val="0"/>
          <w:color w:val="D93A1E"/>
          <w:sz w:val="17"/>
        </w:rPr>
        <w:t xml:space="preserve">  ● vor Start nötig</w:t>
      </w:r>
    </w:p>
    <w:p>
      <w:pPr>
        <w:ind w:left="312"/>
      </w:pPr>
      <w:sdt>
        <w:sdtPr>
          <w:id w:val="41000"/>
          <w:showingPlcHdr/>
          <w:text/>
        </w:sdtPr>
        <w:sdtContent>
          <w:r>
            <w:rPr>
              <w:color w:val="8A8698"/>
            </w:rPr>
            <w:t>Hier tippen</w:t>
          </w:r>
        </w:sdtContent>
      </w:sdt>
    </w:p>
    <w:p>
      <w:pPr>
        <w:keepNext/>
        <w:spacing w:before="140"/>
      </w:pPr>
      <w:r>
        <w:rPr>
          <w:b/>
          <w:i w:val="0"/>
          <w:color w:val="D93A1E"/>
        </w:rPr>
        <w:t xml:space="preserve">2.  </w:t>
      </w:r>
      <w:r>
        <w:rPr>
          <w:b/>
          <w:i w:val="0"/>
          <w:color w:val="1A1236"/>
        </w:rPr>
        <w:t>Firmenname und Rechtsform</w:t>
      </w:r>
      <w:r>
        <w:rPr>
          <w:b w:val="0"/>
          <w:i w:val="0"/>
          <w:color w:val="D93A1E"/>
          <w:sz w:val="17"/>
        </w:rPr>
        <w:t xml:space="preserve">  ● vor Start nötig</w:t>
      </w:r>
      <w:r>
        <w:rPr>
          <w:b w:val="0"/>
          <w:i/>
          <w:color w:val="6E6A7A"/>
          <w:sz w:val="18"/>
        </w:rPr>
        <w:t xml:space="preserve">  z. B. Einzelunternehmen, GmbH, AG, einfache Gesellschaft</w:t>
      </w:r>
    </w:p>
    <w:p>
      <w:pPr>
        <w:ind w:left="312"/>
      </w:pPr>
      <w:sdt>
        <w:sdtPr>
          <w:id w:val="41001"/>
          <w:showingPlcHdr/>
          <w:text/>
        </w:sdtPr>
        <w:sdtContent>
          <w:r>
            <w:rPr>
              <w:color w:val="8A8698"/>
            </w:rPr>
            <w:t>Hier tippen</w:t>
          </w:r>
        </w:sdtContent>
      </w:sdt>
    </w:p>
    <w:p>
      <w:pPr>
        <w:keepNext/>
        <w:spacing w:before="140"/>
      </w:pPr>
      <w:r>
        <w:rPr>
          <w:b/>
          <w:i w:val="0"/>
          <w:color w:val="D93A1E"/>
        </w:rPr>
        <w:t xml:space="preserve">3.  </w:t>
      </w:r>
      <w:r>
        <w:rPr>
          <w:b/>
          <w:i w:val="0"/>
          <w:color w:val="1A1236"/>
        </w:rPr>
        <w:t>Adresse</w:t>
      </w:r>
      <w:r>
        <w:rPr>
          <w:b w:val="0"/>
          <w:i w:val="0"/>
          <w:color w:val="D93A1E"/>
          <w:sz w:val="17"/>
        </w:rPr>
        <w:t xml:space="preserve">  ● vor Start nötig</w:t>
      </w:r>
      <w:r>
        <w:rPr>
          <w:b w:val="0"/>
          <w:i/>
          <w:color w:val="6E6A7A"/>
          <w:sz w:val="18"/>
        </w:rPr>
        <w:t xml:space="preserve">  Strasse, Hausnummer, PLZ, Ort</w:t>
      </w:r>
    </w:p>
    <w:p>
      <w:pPr>
        <w:ind w:left="312"/>
      </w:pPr>
      <w:sdt>
        <w:sdtPr>
          <w:id w:val="41002"/>
          <w:showingPlcHdr/>
          <w:text/>
        </w:sdtPr>
        <w:sdtContent>
          <w:r>
            <w:rPr>
              <w:color w:val="8A8698"/>
            </w:rPr>
            <w:t>Hier tippen</w:t>
          </w:r>
        </w:sdtContent>
      </w:sdt>
    </w:p>
    <w:p>
      <w:pPr>
        <w:keepNext/>
        <w:spacing w:before="140"/>
      </w:pPr>
      <w:r>
        <w:rPr>
          <w:b/>
          <w:i w:val="0"/>
          <w:color w:val="D93A1E"/>
        </w:rPr>
        <w:t xml:space="preserve">4.  </w:t>
      </w:r>
      <w:r>
        <w:rPr>
          <w:b/>
          <w:i w:val="0"/>
          <w:color w:val="1A1236"/>
        </w:rPr>
        <w:t>Telefon und E-Mail für die Website</w:t>
      </w:r>
      <w:r>
        <w:rPr>
          <w:b w:val="0"/>
          <w:i w:val="0"/>
          <w:color w:val="D93A1E"/>
          <w:sz w:val="17"/>
        </w:rPr>
        <w:t xml:space="preserve">  ● vor Start nötig</w:t>
      </w:r>
    </w:p>
    <w:p>
      <w:pPr>
        <w:ind w:left="312"/>
      </w:pPr>
      <w:sdt>
        <w:sdtPr>
          <w:id w:val="41003"/>
          <w:showingPlcHdr/>
          <w:text/>
        </w:sdtPr>
        <w:sdtContent>
          <w:r>
            <w:rPr>
              <w:color w:val="8A8698"/>
            </w:rPr>
            <w:t>Hier tippen</w:t>
          </w:r>
        </w:sdtContent>
      </w:sdt>
    </w:p>
    <w:p>
      <w:pPr>
        <w:keepNext/>
        <w:spacing w:before="140"/>
      </w:pPr>
      <w:r>
        <w:rPr>
          <w:b/>
          <w:i w:val="0"/>
          <w:color w:val="D93A1E"/>
        </w:rPr>
        <w:t xml:space="preserve">5.  </w:t>
      </w:r>
      <w:r>
        <w:rPr>
          <w:b/>
          <w:i w:val="0"/>
          <w:color w:val="1A1236"/>
        </w:rPr>
        <w:t>Handelsregister-Nummer oder «nicht eingetragen»</w:t>
      </w:r>
      <w:r>
        <w:rPr>
          <w:b w:val="0"/>
          <w:i w:val="0"/>
          <w:color w:val="D93A1E"/>
          <w:sz w:val="17"/>
        </w:rPr>
        <w:t xml:space="preserve">  ● vor Start nötig</w:t>
      </w:r>
    </w:p>
    <w:p>
      <w:pPr>
        <w:ind w:left="312"/>
      </w:pPr>
      <w:sdt>
        <w:sdtPr>
          <w:id w:val="41004"/>
          <w:showingPlcHdr/>
          <w:text/>
        </w:sdtPr>
        <w:sdtContent>
          <w:r>
            <w:rPr>
              <w:color w:val="8A8698"/>
            </w:rPr>
            <w:t>Hier tippen</w:t>
          </w:r>
        </w:sdtContent>
      </w:sdt>
    </w:p>
    <w:p>
      <w:pPr>
        <w:keepNext/>
        <w:spacing w:before="140"/>
      </w:pPr>
      <w:r>
        <w:rPr>
          <w:b/>
          <w:i w:val="0"/>
          <w:color w:val="D93A1E"/>
        </w:rPr>
        <w:t xml:space="preserve">6.  </w:t>
      </w:r>
      <w:r>
        <w:rPr>
          <w:b/>
          <w:i w:val="0"/>
          <w:color w:val="1A1236"/>
        </w:rPr>
        <w:t>Mehrwertsteuer-Nr. (UID) oder «nicht MWST-pflichtig»</w:t>
      </w:r>
      <w:r>
        <w:rPr>
          <w:b w:val="0"/>
          <w:i w:val="0"/>
          <w:color w:val="D93A1E"/>
          <w:sz w:val="17"/>
        </w:rPr>
        <w:t xml:space="preserve">  ● vor Start nötig</w:t>
      </w:r>
      <w:r>
        <w:rPr>
          <w:b w:val="0"/>
          <w:i/>
          <w:color w:val="6E6A7A"/>
          <w:sz w:val="18"/>
        </w:rPr>
        <w:t xml:space="preserve">  Pflicht ab 100’000 Franken Jahresumsatz</w:t>
      </w:r>
    </w:p>
    <w:p>
      <w:pPr>
        <w:ind w:left="312"/>
      </w:pPr>
      <w:sdt>
        <w:sdtPr>
          <w:id w:val="41005"/>
          <w:showingPlcHdr/>
          <w:text/>
        </w:sdtPr>
        <w:sdtContent>
          <w:r>
            <w:rPr>
              <w:color w:val="8A8698"/>
            </w:rPr>
            <w:t>Hier tippen</w:t>
          </w:r>
        </w:sdtContent>
      </w:sdt>
    </w:p>
    <w:p>
      <w:pPr>
        <w:keepNext/>
        <w:spacing w:before="140"/>
      </w:pPr>
      <w:r>
        <w:rPr>
          <w:b/>
          <w:i w:val="0"/>
          <w:color w:val="D93A1E"/>
        </w:rPr>
        <w:t xml:space="preserve">7.  </w:t>
      </w:r>
      <w:r>
        <w:rPr>
          <w:b/>
          <w:i w:val="0"/>
          <w:color w:val="1A1236"/>
        </w:rPr>
        <w:t>Wer unterschreibt den Vertrag?</w:t>
      </w:r>
      <w:r>
        <w:rPr>
          <w:b w:val="0"/>
          <w:i/>
          <w:color w:val="6E6A7A"/>
          <w:sz w:val="18"/>
        </w:rPr>
        <w:t xml:space="preserve">  falls nicht dieselbe Person, oder bei Minderjährigen die volljährige Vertretung</w:t>
      </w:r>
    </w:p>
    <w:p>
      <w:pPr>
        <w:ind w:left="312"/>
      </w:pPr>
      <w:sdt>
        <w:sdtPr>
          <w:id w:val="41006"/>
          <w:showingPlcHdr/>
          <w:text/>
        </w:sdtPr>
        <w:sdtContent>
          <w:r>
            <w:rPr>
              <w:color w:val="8A8698"/>
            </w:rPr>
            <w:t>Hier tippen</w:t>
          </w:r>
        </w:sdtContent>
      </w:sdt>
    </w:p>
    <w:p>
      <w:pPr>
        <w:keepNext/>
        <w:spacing w:before="320" w:after="40"/>
        <w:pBdr>
          <w:bottom w:val="single" w:sz="6" w:space="3" w:color="D93A1E"/>
        </w:pBdr>
      </w:pPr>
      <w:r>
        <w:rPr>
          <w:b/>
          <w:i w:val="0"/>
          <w:color w:val="D93A1E"/>
          <w:sz w:val="19"/>
        </w:rPr>
        <w:t>Teil 2</w:t>
      </w:r>
      <w:r>
        <w:rPr>
          <w:b/>
          <w:i w:val="0"/>
          <w:color w:val="1A1236"/>
          <w:sz w:val="30"/>
        </w:rPr>
        <w:t xml:space="preserve">   Ihr Betrieb</w:t>
      </w:r>
    </w:p>
    <w:p>
      <w:r>
        <w:rPr>
          <w:b w:val="0"/>
          <w:i/>
          <w:color w:val="6E6A7A"/>
          <w:sz w:val="19"/>
        </w:rPr>
        <w:t>Hier holen wir den Inhalt her. Stichworte reichen, wir formulieren.</w:t>
      </w:r>
    </w:p>
    <w:p>
      <w:pPr>
        <w:keepNext/>
        <w:spacing w:before="140"/>
      </w:pPr>
      <w:r>
        <w:rPr>
          <w:b/>
          <w:i w:val="0"/>
          <w:color w:val="D93A1E"/>
        </w:rPr>
        <w:t xml:space="preserve">8.  </w:t>
      </w:r>
      <w:r>
        <w:rPr>
          <w:b/>
          <w:i w:val="0"/>
          <w:color w:val="1A1236"/>
        </w:rPr>
        <w:t>Was bieten Sie an?</w:t>
      </w:r>
      <w:r>
        <w:rPr>
          <w:b w:val="0"/>
          <w:i w:val="0"/>
          <w:color w:val="D93A1E"/>
          <w:sz w:val="17"/>
        </w:rPr>
        <w:t xml:space="preserve">  ● vor Start nötig</w:t>
      </w:r>
      <w:r>
        <w:rPr>
          <w:b w:val="0"/>
          <w:i/>
          <w:color w:val="6E6A7A"/>
          <w:sz w:val="18"/>
        </w:rPr>
        <w:t xml:space="preserve">  in einem Satz, dann die 3 bis 5 wichtigsten Leistungen</w:t>
      </w:r>
    </w:p>
    <w:p>
      <w:pPr>
        <w:ind w:left="312"/>
      </w:pPr>
      <w:sdt>
        <w:sdtPr>
          <w:id w:val="41007"/>
          <w:showingPlcHdr/>
          <w:text w:multiLine="1"/>
        </w:sdtPr>
        <w:sdtContent>
          <w:r>
            <w:rPr>
              <w:color w:val="8A8698"/>
            </w:rPr>
            <w:t>Hier tippen (Stichworte reichen)</w:t>
          </w:r>
        </w:sdtContent>
      </w:sdt>
    </w:p>
    <w:p>
      <w:pPr>
        <w:keepNext/>
        <w:spacing w:before="140"/>
      </w:pPr>
      <w:r>
        <w:rPr>
          <w:b/>
          <w:i w:val="0"/>
          <w:color w:val="D93A1E"/>
        </w:rPr>
        <w:t xml:space="preserve">9.  </w:t>
      </w:r>
      <w:r>
        <w:rPr>
          <w:b/>
          <w:i w:val="0"/>
          <w:color w:val="1A1236"/>
        </w:rPr>
        <w:t>Wer sind Ihre Kundinnen und Kunden?</w:t>
      </w:r>
      <w:r>
        <w:rPr>
          <w:b w:val="0"/>
          <w:i/>
          <w:color w:val="6E6A7A"/>
          <w:sz w:val="18"/>
        </w:rPr>
        <w:t xml:space="preserve">  Alter, Ort, was sie suchen</w:t>
      </w:r>
    </w:p>
    <w:p>
      <w:pPr>
        <w:ind w:left="312"/>
      </w:pPr>
      <w:sdt>
        <w:sdtPr>
          <w:id w:val="41008"/>
          <w:showingPlcHdr/>
          <w:text w:multiLine="1"/>
        </w:sdtPr>
        <w:sdtContent>
          <w:r>
            <w:rPr>
              <w:color w:val="8A8698"/>
            </w:rPr>
            <w:t>Hier tippen</w:t>
          </w:r>
        </w:sdtContent>
      </w:sdt>
    </w:p>
    <w:p>
      <w:pPr>
        <w:keepNext/>
        <w:spacing w:before="140"/>
      </w:pPr>
      <w:r>
        <w:rPr>
          <w:b/>
          <w:i w:val="0"/>
          <w:color w:val="D93A1E"/>
        </w:rPr>
        <w:t xml:space="preserve">10.  </w:t>
      </w:r>
      <w:r>
        <w:rPr>
          <w:b/>
          <w:i w:val="0"/>
          <w:color w:val="1A1236"/>
        </w:rPr>
        <w:t>Was macht Sie anders als die anderen in Ihrer Gegend?</w:t>
      </w:r>
    </w:p>
    <w:p>
      <w:pPr>
        <w:ind w:left="312"/>
      </w:pPr>
      <w:sdt>
        <w:sdtPr>
          <w:id w:val="41009"/>
          <w:showingPlcHdr/>
          <w:text w:multiLine="1"/>
        </w:sdtPr>
        <w:sdtContent>
          <w:r>
            <w:rPr>
              <w:color w:val="8A8698"/>
            </w:rPr>
            <w:t>Hier tippen</w:t>
          </w:r>
        </w:sdtContent>
      </w:sdt>
    </w:p>
    <w:p>
      <w:pPr>
        <w:keepNext/>
        <w:spacing w:before="140"/>
      </w:pPr>
      <w:r>
        <w:rPr>
          <w:b/>
          <w:i w:val="0"/>
          <w:color w:val="D93A1E"/>
        </w:rPr>
        <w:t xml:space="preserve">11.  </w:t>
      </w:r>
      <w:r>
        <w:rPr>
          <w:b/>
          <w:i w:val="0"/>
          <w:color w:val="1A1236"/>
        </w:rPr>
        <w:t>Seit wann gibt es Ihren Betrieb, und welche Ausbildung oder Zertifikate haben Sie?</w:t>
      </w:r>
      <w:r>
        <w:rPr>
          <w:b w:val="0"/>
          <w:i/>
          <w:color w:val="6E6A7A"/>
          <w:sz w:val="18"/>
        </w:rPr>
        <w:t xml:space="preserve">  nur Wahres: erfundene Angaben sind wettbewerbsrechtlich ein Problem</w:t>
      </w:r>
    </w:p>
    <w:p>
      <w:pPr>
        <w:ind w:left="312"/>
      </w:pPr>
      <w:sdt>
        <w:sdtPr>
          <w:id w:val="41010"/>
          <w:showingPlcHdr/>
          <w:text/>
        </w:sdtPr>
        <w:sdtContent>
          <w:r>
            <w:rPr>
              <w:color w:val="8A8698"/>
            </w:rPr>
            <w:t>Hier tippen</w:t>
          </w:r>
        </w:sdtContent>
      </w:sdt>
    </w:p>
    <w:p>
      <w:pPr>
        <w:keepNext/>
        <w:spacing w:before="140"/>
      </w:pPr>
      <w:r>
        <w:rPr>
          <w:b/>
          <w:i w:val="0"/>
          <w:color w:val="D93A1E"/>
        </w:rPr>
        <w:t xml:space="preserve">12.  </w:t>
      </w:r>
      <w:r>
        <w:rPr>
          <w:b/>
          <w:i w:val="0"/>
          <w:color w:val="1A1236"/>
        </w:rPr>
        <w:t>Feste Partner, die genannt werden dürfen</w:t>
      </w:r>
      <w:r>
        <w:rPr>
          <w:b w:val="0"/>
          <w:i/>
          <w:color w:val="6E6A7A"/>
          <w:sz w:val="18"/>
        </w:rPr>
        <w:t xml:space="preserve">  z. B. Lieferanten, Kooperationen</w:t>
      </w:r>
    </w:p>
    <w:p>
      <w:pPr>
        <w:ind w:left="312"/>
      </w:pPr>
      <w:sdt>
        <w:sdtPr>
          <w:id w:val="41011"/>
          <w:showingPlcHdr/>
          <w:text/>
        </w:sdtPr>
        <w:sdtContent>
          <w:r>
            <w:rPr>
              <w:color w:val="8A8698"/>
            </w:rPr>
            <w:t>Hier tippen</w:t>
          </w:r>
        </w:sdtContent>
      </w:sdt>
    </w:p>
    <w:p>
      <w:pPr>
        <w:keepNext/>
        <w:spacing w:before="140"/>
      </w:pPr>
      <w:r>
        <w:rPr>
          <w:b/>
          <w:i w:val="0"/>
          <w:color w:val="D93A1E"/>
        </w:rPr>
        <w:t xml:space="preserve">13.  </w:t>
      </w:r>
      <w:r>
        <w:rPr>
          <w:b/>
          <w:i w:val="0"/>
          <w:color w:val="1A1236"/>
        </w:rPr>
        <w:t>Gibt es echte Kundenstimmen?</w:t>
      </w:r>
      <w:r>
        <w:rPr>
          <w:b w:val="0"/>
          <w:i/>
          <w:color w:val="6E6A7A"/>
          <w:sz w:val="18"/>
        </w:rPr>
        <w:t xml:space="preserve">  nur mit Einwilligung der Person</w:t>
      </w:r>
    </w:p>
    <w:p>
      <w:pPr>
        <w:ind w:left="312"/>
      </w:pPr>
      <w:sdt>
        <w:sdtPr>
          <w:id w:val="41012"/>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liegen bei     </w:t>
      </w:r>
      <w:sdt>
        <w:sdtPr>
          <w:id w:val="41013"/>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bitte keine erfinden     </w:t>
      </w:r>
    </w:p>
    <w:p>
      <w:pPr>
        <w:keepNext/>
        <w:spacing w:before="140"/>
      </w:pPr>
      <w:r>
        <w:rPr>
          <w:b/>
          <w:i w:val="0"/>
          <w:color w:val="D93A1E"/>
        </w:rPr>
        <w:t xml:space="preserve">14.  </w:t>
      </w:r>
      <w:r>
        <w:rPr>
          <w:b/>
          <w:i w:val="0"/>
          <w:color w:val="1A1236"/>
        </w:rPr>
        <w:t>Einzugsgebiet</w:t>
      </w:r>
      <w:r>
        <w:rPr>
          <w:b w:val="0"/>
          <w:i/>
          <w:color w:val="6E6A7A"/>
          <w:sz w:val="18"/>
        </w:rPr>
        <w:t xml:space="preserve">  Orte, in denen Sie tätig sind</w:t>
      </w:r>
    </w:p>
    <w:p>
      <w:pPr>
        <w:ind w:left="312"/>
      </w:pPr>
      <w:sdt>
        <w:sdtPr>
          <w:id w:val="41014"/>
          <w:showingPlcHdr/>
          <w:text/>
        </w:sdtPr>
        <w:sdtContent>
          <w:r>
            <w:rPr>
              <w:color w:val="8A8698"/>
            </w:rPr>
            <w:t>Hier tippen</w:t>
          </w:r>
        </w:sdtContent>
      </w:sdt>
    </w:p>
    <w:p>
      <w:pPr>
        <w:keepNext/>
        <w:spacing w:before="320" w:after="40"/>
        <w:pBdr>
          <w:bottom w:val="single" w:sz="6" w:space="3" w:color="D93A1E"/>
        </w:pBdr>
      </w:pPr>
      <w:r>
        <w:rPr>
          <w:b/>
          <w:i w:val="0"/>
          <w:color w:val="D93A1E"/>
          <w:sz w:val="19"/>
        </w:rPr>
        <w:t>Teil 3</w:t>
      </w:r>
      <w:r>
        <w:rPr>
          <w:b/>
          <w:i w:val="0"/>
          <w:color w:val="1A1236"/>
          <w:sz w:val="30"/>
        </w:rPr>
        <w:t xml:space="preserve">   Preise</w:t>
      </w:r>
    </w:p>
    <w:p>
      <w:r>
        <w:rPr>
          <w:b w:val="0"/>
          <w:i/>
          <w:color w:val="6E6A7A"/>
          <w:sz w:val="19"/>
        </w:rPr>
        <w:t>Wir schreiben nur hinein, was Sie uns geben. Die Preisbekanntgabe-Verordnung verlangt echte Endpreise.</w:t>
      </w:r>
    </w:p>
    <w:p>
      <w:pPr>
        <w:keepNext/>
        <w:spacing w:before="140"/>
      </w:pPr>
      <w:r>
        <w:rPr>
          <w:b/>
          <w:i w:val="0"/>
          <w:color w:val="D93A1E"/>
        </w:rPr>
        <w:t xml:space="preserve">15.  </w:t>
      </w:r>
      <w:r>
        <w:rPr>
          <w:b/>
          <w:i w:val="0"/>
          <w:color w:val="1A1236"/>
        </w:rPr>
        <w:t>Ihre Preise</w:t>
      </w:r>
      <w:r>
        <w:rPr>
          <w:b w:val="0"/>
          <w:i w:val="0"/>
          <w:color w:val="D93A1E"/>
          <w:sz w:val="17"/>
        </w:rPr>
        <w:t xml:space="preserve">  ● vor Start nötig</w:t>
      </w:r>
      <w:r>
        <w:rPr>
          <w:b w:val="0"/>
          <w:i/>
          <w:color w:val="6E6A7A"/>
          <w:sz w:val="18"/>
        </w:rPr>
        <w:t xml:space="preserve">  Leistung und Endpreis in CHF, oder Preisliste als Bild mitschicken</w:t>
      </w:r>
    </w:p>
    <w:p>
      <w:pPr>
        <w:ind w:left="312"/>
      </w:pPr>
      <w:sdt>
        <w:sdtPr>
          <w:id w:val="41015"/>
          <w:showingPlcHdr/>
          <w:text w:multiLine="1"/>
        </w:sdtPr>
        <w:sdtContent>
          <w:r>
            <w:rPr>
              <w:color w:val="8A8698"/>
            </w:rPr>
            <w:t>Hier tippen</w:t>
          </w:r>
        </w:sdtContent>
      </w:sdt>
    </w:p>
    <w:p>
      <w:pPr>
        <w:keepNext/>
        <w:spacing w:before="140"/>
      </w:pPr>
      <w:r>
        <w:rPr>
          <w:b/>
          <w:i w:val="0"/>
          <w:color w:val="D93A1E"/>
        </w:rPr>
        <w:t xml:space="preserve">16.  </w:t>
      </w:r>
      <w:r>
        <w:rPr>
          <w:b/>
          <w:i w:val="0"/>
          <w:color w:val="1A1236"/>
        </w:rPr>
        <w:t>Sollen die Preise öffentlich auf der Website stehen?</w:t>
      </w:r>
    </w:p>
    <w:p>
      <w:pPr>
        <w:ind w:left="312"/>
      </w:pPr>
      <w:sdt>
        <w:sdtPr>
          <w:id w:val="41016"/>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alle     </w:t>
      </w:r>
      <w:sdt>
        <w:sdtPr>
          <w:id w:val="41017"/>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Nur «ab»-Preise     </w:t>
      </w:r>
      <w:sdt>
        <w:sdtPr>
          <w:id w:val="41018"/>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nur auf Anfrage     </w:t>
      </w:r>
    </w:p>
    <w:p>
      <w:pPr>
        <w:keepNext/>
        <w:spacing w:before="140"/>
      </w:pPr>
      <w:r>
        <w:rPr>
          <w:b/>
          <w:i w:val="0"/>
          <w:color w:val="D93A1E"/>
        </w:rPr>
        <w:t xml:space="preserve">17.  </w:t>
      </w:r>
      <w:r>
        <w:rPr>
          <w:b/>
          <w:i w:val="0"/>
          <w:color w:val="1A1236"/>
        </w:rPr>
        <w:t>Zahlungsmethoden</w:t>
      </w:r>
      <w:r>
        <w:rPr>
          <w:b w:val="0"/>
          <w:i/>
          <w:color w:val="6E6A7A"/>
          <w:sz w:val="18"/>
        </w:rPr>
        <w:t xml:space="preserve">  z. B. TWINT, Überweisung, bar, Karte</w:t>
      </w:r>
    </w:p>
    <w:p>
      <w:pPr>
        <w:ind w:left="312"/>
      </w:pPr>
      <w:sdt>
        <w:sdtPr>
          <w:id w:val="41019"/>
          <w:showingPlcHdr/>
          <w:text/>
        </w:sdtPr>
        <w:sdtContent>
          <w:r>
            <w:rPr>
              <w:color w:val="8A8698"/>
            </w:rPr>
            <w:t>Hier tippen</w:t>
          </w:r>
        </w:sdtContent>
      </w:sdt>
    </w:p>
    <w:p>
      <w:pPr>
        <w:keepNext/>
        <w:spacing w:before="320" w:after="40"/>
        <w:pBdr>
          <w:bottom w:val="single" w:sz="6" w:space="3" w:color="D93A1E"/>
        </w:pBdr>
      </w:pPr>
      <w:r>
        <w:rPr>
          <w:b/>
          <w:i w:val="0"/>
          <w:color w:val="D93A1E"/>
          <w:sz w:val="19"/>
        </w:rPr>
        <w:t>Teil 4</w:t>
      </w:r>
      <w:r>
        <w:rPr>
          <w:b/>
          <w:i w:val="0"/>
          <w:color w:val="1A1236"/>
          <w:sz w:val="30"/>
        </w:rPr>
        <w:t xml:space="preserve">   Öffnungszeiten und Erreichbarkeit</w:t>
      </w:r>
    </w:p>
    <w:p>
      <w:r>
        <w:rPr>
          <w:b w:val="0"/>
          <w:i/>
          <w:color w:val="6E6A7A"/>
          <w:sz w:val="19"/>
        </w:rPr>
        <w:t>Die Zeiten stellen wir direkt in Website und Terminkalender ein.</w:t>
      </w:r>
    </w:p>
    <w:p>
      <w:pPr>
        <w:keepNext/>
        <w:spacing w:before="140"/>
      </w:pPr>
      <w:r>
        <w:rPr>
          <w:b/>
          <w:i w:val="0"/>
          <w:color w:val="D93A1E"/>
        </w:rPr>
        <w:t xml:space="preserve">18.  </w:t>
      </w:r>
      <w:r>
        <w:rPr>
          <w:b/>
          <w:i w:val="0"/>
          <w:color w:val="1A1236"/>
        </w:rPr>
        <w:t>Öffnungszeiten</w:t>
      </w:r>
      <w:r>
        <w:rPr>
          <w:b w:val="0"/>
          <w:i w:val="0"/>
          <w:color w:val="D93A1E"/>
          <w:sz w:val="17"/>
        </w:rPr>
        <w:t xml:space="preserve">  ● vor Start nötig</w:t>
      </w:r>
      <w:r>
        <w:rPr>
          <w:b w:val="0"/>
          <w:i/>
          <w:color w:val="6E6A7A"/>
          <w:sz w:val="18"/>
        </w:rPr>
        <w:t xml:space="preserve">  «Geschlossen» oder leer bei freien Tagen</w:t>
      </w:r>
    </w:p>
    <w:tbl>
      <w:tblPr>
        <w:tblStyle w:val="TableGrid"/>
        <w:tblW w:type="auto" w:w="0"/>
        <w:jc w:val="center"/>
        <w:tblLook w:firstColumn="1" w:firstRow="1" w:lastColumn="0" w:lastRow="0" w:noHBand="0" w:noVBand="1" w:val="04A0"/>
      </w:tblPr>
      <w:tblGrid>
        <w:gridCol w:w="2381"/>
        <w:gridCol w:w="2381"/>
        <w:gridCol w:w="2381"/>
        <w:gridCol w:w="2381"/>
      </w:tblGrid>
      <w:tr>
        <w:tc>
          <w:tcPr>
            <w:tcW w:type="dxa" w:w="1928"/>
            <w:shd w:val="clear" w:color="auto" w:fill="F6EFE6"/>
          </w:tcPr>
          <w:p>
            <w:r/>
            <w:r>
              <w:rPr>
                <w:b/>
                <w:i w:val="0"/>
                <w:color w:val="1A1236"/>
                <w:sz w:val="19"/>
              </w:rPr>
              <w:t>Tag</w:t>
            </w:r>
          </w:p>
        </w:tc>
        <w:tc>
          <w:tcPr>
            <w:tcW w:type="dxa" w:w="2041"/>
            <w:shd w:val="clear" w:color="auto" w:fill="F6EFE6"/>
          </w:tcPr>
          <w:p>
            <w:r/>
            <w:r>
              <w:rPr>
                <w:b/>
                <w:i w:val="0"/>
                <w:color w:val="1A1236"/>
                <w:sz w:val="19"/>
              </w:rPr>
              <w:t>Von</w:t>
            </w:r>
          </w:p>
        </w:tc>
        <w:tc>
          <w:tcPr>
            <w:tcW w:type="dxa" w:w="2041"/>
            <w:shd w:val="clear" w:color="auto" w:fill="F6EFE6"/>
          </w:tcPr>
          <w:p>
            <w:r/>
            <w:r>
              <w:rPr>
                <w:b/>
                <w:i w:val="0"/>
                <w:color w:val="1A1236"/>
                <w:sz w:val="19"/>
              </w:rPr>
              <w:t>Bis</w:t>
            </w:r>
          </w:p>
        </w:tc>
        <w:tc>
          <w:tcPr>
            <w:tcW w:type="dxa" w:w="3515"/>
            <w:shd w:val="clear" w:color="auto" w:fill="F6EFE6"/>
          </w:tcPr>
          <w:p>
            <w:r/>
            <w:r>
              <w:rPr>
                <w:b/>
                <w:i w:val="0"/>
                <w:color w:val="1A1236"/>
                <w:sz w:val="19"/>
              </w:rPr>
              <w:t>Pause (von bis)</w:t>
            </w:r>
          </w:p>
        </w:tc>
      </w:tr>
      <w:tr>
        <w:tc>
          <w:tcPr>
            <w:tcW w:type="dxa" w:w="1928"/>
          </w:tcPr>
          <w:p>
            <w:r>
              <w:t>Montag</w:t>
            </w:r>
          </w:p>
        </w:tc>
        <w:tc>
          <w:tcPr>
            <w:tcW w:type="dxa" w:w="2041"/>
          </w:tcPr>
          <w:p>
            <w:sdt>
              <w:sdtPr>
                <w:id w:val="41020"/>
                <w:showingPlcHdr/>
                <w:text/>
              </w:sdtPr>
              <w:sdtContent>
                <w:r>
                  <w:rPr>
                    <w:color w:val="8A8698"/>
                  </w:rPr>
                  <w:t>hh:mm</w:t>
                </w:r>
              </w:sdtContent>
            </w:sdt>
          </w:p>
        </w:tc>
        <w:tc>
          <w:tcPr>
            <w:tcW w:type="dxa" w:w="2041"/>
          </w:tcPr>
          <w:p>
            <w:sdt>
              <w:sdtPr>
                <w:id w:val="41021"/>
                <w:showingPlcHdr/>
                <w:text/>
              </w:sdtPr>
              <w:sdtContent>
                <w:r>
                  <w:rPr>
                    <w:color w:val="8A8698"/>
                  </w:rPr>
                  <w:t>hh:mm</w:t>
                </w:r>
              </w:sdtContent>
            </w:sdt>
          </w:p>
        </w:tc>
        <w:tc>
          <w:tcPr>
            <w:tcW w:type="dxa" w:w="3515"/>
          </w:tcPr>
          <w:p>
            <w:sdt>
              <w:sdtPr>
                <w:id w:val="41022"/>
                <w:showingPlcHdr/>
                <w:text/>
              </w:sdtPr>
              <w:sdtContent>
                <w:r>
                  <w:rPr>
                    <w:color w:val="8A8698"/>
                  </w:rPr>
                  <w:t>hh:mm</w:t>
                </w:r>
              </w:sdtContent>
            </w:sdt>
          </w:p>
        </w:tc>
      </w:tr>
      <w:tr>
        <w:tc>
          <w:tcPr>
            <w:tcW w:type="dxa" w:w="1928"/>
          </w:tcPr>
          <w:p>
            <w:r>
              <w:t>Dienstag</w:t>
            </w:r>
          </w:p>
        </w:tc>
        <w:tc>
          <w:tcPr>
            <w:tcW w:type="dxa" w:w="2041"/>
          </w:tcPr>
          <w:p>
            <w:sdt>
              <w:sdtPr>
                <w:id w:val="41023"/>
                <w:showingPlcHdr/>
                <w:text/>
              </w:sdtPr>
              <w:sdtContent>
                <w:r>
                  <w:rPr>
                    <w:color w:val="8A8698"/>
                  </w:rPr>
                  <w:t>hh:mm</w:t>
                </w:r>
              </w:sdtContent>
            </w:sdt>
          </w:p>
        </w:tc>
        <w:tc>
          <w:tcPr>
            <w:tcW w:type="dxa" w:w="2041"/>
          </w:tcPr>
          <w:p>
            <w:sdt>
              <w:sdtPr>
                <w:id w:val="41024"/>
                <w:showingPlcHdr/>
                <w:text/>
              </w:sdtPr>
              <w:sdtContent>
                <w:r>
                  <w:rPr>
                    <w:color w:val="8A8698"/>
                  </w:rPr>
                  <w:t>hh:mm</w:t>
                </w:r>
              </w:sdtContent>
            </w:sdt>
          </w:p>
        </w:tc>
        <w:tc>
          <w:tcPr>
            <w:tcW w:type="dxa" w:w="3515"/>
          </w:tcPr>
          <w:p>
            <w:sdt>
              <w:sdtPr>
                <w:id w:val="41025"/>
                <w:showingPlcHdr/>
                <w:text/>
              </w:sdtPr>
              <w:sdtContent>
                <w:r>
                  <w:rPr>
                    <w:color w:val="8A8698"/>
                  </w:rPr>
                  <w:t>hh:mm</w:t>
                </w:r>
              </w:sdtContent>
            </w:sdt>
          </w:p>
        </w:tc>
      </w:tr>
      <w:tr>
        <w:tc>
          <w:tcPr>
            <w:tcW w:type="dxa" w:w="1928"/>
          </w:tcPr>
          <w:p>
            <w:r>
              <w:t>Mittwoch</w:t>
            </w:r>
          </w:p>
        </w:tc>
        <w:tc>
          <w:tcPr>
            <w:tcW w:type="dxa" w:w="2041"/>
          </w:tcPr>
          <w:p>
            <w:sdt>
              <w:sdtPr>
                <w:id w:val="41026"/>
                <w:showingPlcHdr/>
                <w:text/>
              </w:sdtPr>
              <w:sdtContent>
                <w:r>
                  <w:rPr>
                    <w:color w:val="8A8698"/>
                  </w:rPr>
                  <w:t>hh:mm</w:t>
                </w:r>
              </w:sdtContent>
            </w:sdt>
          </w:p>
        </w:tc>
        <w:tc>
          <w:tcPr>
            <w:tcW w:type="dxa" w:w="2041"/>
          </w:tcPr>
          <w:p>
            <w:sdt>
              <w:sdtPr>
                <w:id w:val="41027"/>
                <w:showingPlcHdr/>
                <w:text/>
              </w:sdtPr>
              <w:sdtContent>
                <w:r>
                  <w:rPr>
                    <w:color w:val="8A8698"/>
                  </w:rPr>
                  <w:t>hh:mm</w:t>
                </w:r>
              </w:sdtContent>
            </w:sdt>
          </w:p>
        </w:tc>
        <w:tc>
          <w:tcPr>
            <w:tcW w:type="dxa" w:w="3515"/>
          </w:tcPr>
          <w:p>
            <w:sdt>
              <w:sdtPr>
                <w:id w:val="41028"/>
                <w:showingPlcHdr/>
                <w:text/>
              </w:sdtPr>
              <w:sdtContent>
                <w:r>
                  <w:rPr>
                    <w:color w:val="8A8698"/>
                  </w:rPr>
                  <w:t>hh:mm</w:t>
                </w:r>
              </w:sdtContent>
            </w:sdt>
          </w:p>
        </w:tc>
      </w:tr>
      <w:tr>
        <w:tc>
          <w:tcPr>
            <w:tcW w:type="dxa" w:w="1928"/>
          </w:tcPr>
          <w:p>
            <w:r>
              <w:t>Donnerstag</w:t>
            </w:r>
          </w:p>
        </w:tc>
        <w:tc>
          <w:tcPr>
            <w:tcW w:type="dxa" w:w="2041"/>
          </w:tcPr>
          <w:p>
            <w:sdt>
              <w:sdtPr>
                <w:id w:val="41029"/>
                <w:showingPlcHdr/>
                <w:text/>
              </w:sdtPr>
              <w:sdtContent>
                <w:r>
                  <w:rPr>
                    <w:color w:val="8A8698"/>
                  </w:rPr>
                  <w:t>hh:mm</w:t>
                </w:r>
              </w:sdtContent>
            </w:sdt>
          </w:p>
        </w:tc>
        <w:tc>
          <w:tcPr>
            <w:tcW w:type="dxa" w:w="2041"/>
          </w:tcPr>
          <w:p>
            <w:sdt>
              <w:sdtPr>
                <w:id w:val="41030"/>
                <w:showingPlcHdr/>
                <w:text/>
              </w:sdtPr>
              <w:sdtContent>
                <w:r>
                  <w:rPr>
                    <w:color w:val="8A8698"/>
                  </w:rPr>
                  <w:t>hh:mm</w:t>
                </w:r>
              </w:sdtContent>
            </w:sdt>
          </w:p>
        </w:tc>
        <w:tc>
          <w:tcPr>
            <w:tcW w:type="dxa" w:w="3515"/>
          </w:tcPr>
          <w:p>
            <w:sdt>
              <w:sdtPr>
                <w:id w:val="41031"/>
                <w:showingPlcHdr/>
                <w:text/>
              </w:sdtPr>
              <w:sdtContent>
                <w:r>
                  <w:rPr>
                    <w:color w:val="8A8698"/>
                  </w:rPr>
                  <w:t>hh:mm</w:t>
                </w:r>
              </w:sdtContent>
            </w:sdt>
          </w:p>
        </w:tc>
      </w:tr>
      <w:tr>
        <w:tc>
          <w:tcPr>
            <w:tcW w:type="dxa" w:w="1928"/>
          </w:tcPr>
          <w:p>
            <w:r>
              <w:t>Freitag</w:t>
            </w:r>
          </w:p>
        </w:tc>
        <w:tc>
          <w:tcPr>
            <w:tcW w:type="dxa" w:w="2041"/>
          </w:tcPr>
          <w:p>
            <w:sdt>
              <w:sdtPr>
                <w:id w:val="41032"/>
                <w:showingPlcHdr/>
                <w:text/>
              </w:sdtPr>
              <w:sdtContent>
                <w:r>
                  <w:rPr>
                    <w:color w:val="8A8698"/>
                  </w:rPr>
                  <w:t>hh:mm</w:t>
                </w:r>
              </w:sdtContent>
            </w:sdt>
          </w:p>
        </w:tc>
        <w:tc>
          <w:tcPr>
            <w:tcW w:type="dxa" w:w="2041"/>
          </w:tcPr>
          <w:p>
            <w:sdt>
              <w:sdtPr>
                <w:id w:val="41033"/>
                <w:showingPlcHdr/>
                <w:text/>
              </w:sdtPr>
              <w:sdtContent>
                <w:r>
                  <w:rPr>
                    <w:color w:val="8A8698"/>
                  </w:rPr>
                  <w:t>hh:mm</w:t>
                </w:r>
              </w:sdtContent>
            </w:sdt>
          </w:p>
        </w:tc>
        <w:tc>
          <w:tcPr>
            <w:tcW w:type="dxa" w:w="3515"/>
          </w:tcPr>
          <w:p>
            <w:sdt>
              <w:sdtPr>
                <w:id w:val="41034"/>
                <w:showingPlcHdr/>
                <w:text/>
              </w:sdtPr>
              <w:sdtContent>
                <w:r>
                  <w:rPr>
                    <w:color w:val="8A8698"/>
                  </w:rPr>
                  <w:t>hh:mm</w:t>
                </w:r>
              </w:sdtContent>
            </w:sdt>
          </w:p>
        </w:tc>
      </w:tr>
      <w:tr>
        <w:tc>
          <w:tcPr>
            <w:tcW w:type="dxa" w:w="1928"/>
          </w:tcPr>
          <w:p>
            <w:r>
              <w:t>Samstag</w:t>
            </w:r>
          </w:p>
        </w:tc>
        <w:tc>
          <w:tcPr>
            <w:tcW w:type="dxa" w:w="2041"/>
          </w:tcPr>
          <w:p>
            <w:sdt>
              <w:sdtPr>
                <w:id w:val="41035"/>
                <w:showingPlcHdr/>
                <w:text/>
              </w:sdtPr>
              <w:sdtContent>
                <w:r>
                  <w:rPr>
                    <w:color w:val="8A8698"/>
                  </w:rPr>
                  <w:t>hh:mm</w:t>
                </w:r>
              </w:sdtContent>
            </w:sdt>
          </w:p>
        </w:tc>
        <w:tc>
          <w:tcPr>
            <w:tcW w:type="dxa" w:w="2041"/>
          </w:tcPr>
          <w:p>
            <w:sdt>
              <w:sdtPr>
                <w:id w:val="41036"/>
                <w:showingPlcHdr/>
                <w:text/>
              </w:sdtPr>
              <w:sdtContent>
                <w:r>
                  <w:rPr>
                    <w:color w:val="8A8698"/>
                  </w:rPr>
                  <w:t>hh:mm</w:t>
                </w:r>
              </w:sdtContent>
            </w:sdt>
          </w:p>
        </w:tc>
        <w:tc>
          <w:tcPr>
            <w:tcW w:type="dxa" w:w="3515"/>
          </w:tcPr>
          <w:p>
            <w:sdt>
              <w:sdtPr>
                <w:id w:val="41037"/>
                <w:showingPlcHdr/>
                <w:text/>
              </w:sdtPr>
              <w:sdtContent>
                <w:r>
                  <w:rPr>
                    <w:color w:val="8A8698"/>
                  </w:rPr>
                  <w:t>hh:mm</w:t>
                </w:r>
              </w:sdtContent>
            </w:sdt>
          </w:p>
        </w:tc>
      </w:tr>
      <w:tr>
        <w:tc>
          <w:tcPr>
            <w:tcW w:type="dxa" w:w="1928"/>
          </w:tcPr>
          <w:p>
            <w:r>
              <w:t>Sonntag</w:t>
            </w:r>
          </w:p>
        </w:tc>
        <w:tc>
          <w:tcPr>
            <w:tcW w:type="dxa" w:w="2041"/>
          </w:tcPr>
          <w:p>
            <w:sdt>
              <w:sdtPr>
                <w:id w:val="41038"/>
                <w:showingPlcHdr/>
                <w:text/>
              </w:sdtPr>
              <w:sdtContent>
                <w:r>
                  <w:rPr>
                    <w:color w:val="8A8698"/>
                  </w:rPr>
                  <w:t>hh:mm</w:t>
                </w:r>
              </w:sdtContent>
            </w:sdt>
          </w:p>
        </w:tc>
        <w:tc>
          <w:tcPr>
            <w:tcW w:type="dxa" w:w="2041"/>
          </w:tcPr>
          <w:p>
            <w:sdt>
              <w:sdtPr>
                <w:id w:val="41039"/>
                <w:showingPlcHdr/>
                <w:text/>
              </w:sdtPr>
              <w:sdtContent>
                <w:r>
                  <w:rPr>
                    <w:color w:val="8A8698"/>
                  </w:rPr>
                  <w:t>hh:mm</w:t>
                </w:r>
              </w:sdtContent>
            </w:sdt>
          </w:p>
        </w:tc>
        <w:tc>
          <w:tcPr>
            <w:tcW w:type="dxa" w:w="3515"/>
          </w:tcPr>
          <w:p>
            <w:sdt>
              <w:sdtPr>
                <w:id w:val="41040"/>
                <w:showingPlcHdr/>
                <w:text/>
              </w:sdtPr>
              <w:sdtContent>
                <w:r>
                  <w:rPr>
                    <w:color w:val="8A8698"/>
                  </w:rPr>
                  <w:t>hh:mm</w:t>
                </w:r>
              </w:sdtContent>
            </w:sdt>
          </w:p>
        </w:tc>
      </w:tr>
    </w:tbl>
    <w:p>
      <w:pPr>
        <w:keepNext/>
        <w:spacing w:before="140"/>
      </w:pPr>
      <w:r>
        <w:rPr>
          <w:b/>
          <w:i w:val="0"/>
          <w:color w:val="D93A1E"/>
        </w:rPr>
        <w:t xml:space="preserve">19.  </w:t>
      </w:r>
      <w:r>
        <w:rPr>
          <w:b/>
          <w:i w:val="0"/>
          <w:color w:val="1A1236"/>
        </w:rPr>
        <w:t>Ferien, Feiertage, regelmässig geschlossene Tage</w:t>
      </w:r>
    </w:p>
    <w:p>
      <w:pPr>
        <w:ind w:left="312"/>
      </w:pPr>
      <w:sdt>
        <w:sdtPr>
          <w:id w:val="41041"/>
          <w:showingPlcHdr/>
          <w:text/>
        </w:sdtPr>
        <w:sdtContent>
          <w:r>
            <w:rPr>
              <w:color w:val="8A8698"/>
            </w:rPr>
            <w:t>Hier tippen</w:t>
          </w:r>
        </w:sdtContent>
      </w:sdt>
    </w:p>
    <w:p>
      <w:pPr>
        <w:keepNext/>
        <w:spacing w:before="140"/>
      </w:pPr>
      <w:r>
        <w:rPr>
          <w:b/>
          <w:i w:val="0"/>
          <w:color w:val="D93A1E"/>
        </w:rPr>
        <w:t xml:space="preserve">20.  </w:t>
      </w:r>
      <w:r>
        <w:rPr>
          <w:b/>
          <w:i w:val="0"/>
          <w:color w:val="1A1236"/>
        </w:rPr>
        <w:t>Wann kann man Sie anrufen, und wie schnell melden Sie sich zurück?</w:t>
      </w:r>
      <w:r>
        <w:rPr>
          <w:b w:val="0"/>
          <w:i w:val="0"/>
          <w:color w:val="D93A1E"/>
          <w:sz w:val="17"/>
        </w:rPr>
        <w:t xml:space="preserve">  ● vor Start nötig</w:t>
      </w:r>
      <w:r>
        <w:rPr>
          <w:b w:val="0"/>
          <w:i/>
          <w:color w:val="6E6A7A"/>
          <w:sz w:val="18"/>
        </w:rPr>
        <w:t xml:space="preserve">  Nur eine Zusage, die Sie wirklich halten können</w:t>
      </w:r>
    </w:p>
    <w:p>
      <w:pPr>
        <w:ind w:left="312"/>
      </w:pPr>
      <w:sdt>
        <w:sdtPr>
          <w:id w:val="41042"/>
          <w:showingPlcHdr/>
          <w:text/>
        </w:sdtPr>
        <w:sdtContent>
          <w:r>
            <w:rPr>
              <w:color w:val="8A8698"/>
            </w:rPr>
            <w:t>Hier tippen</w:t>
          </w:r>
        </w:sdtContent>
      </w:sdt>
    </w:p>
    <w:p>
      <w:pPr>
        <w:keepNext/>
        <w:spacing w:before="320" w:after="40"/>
        <w:pBdr>
          <w:bottom w:val="single" w:sz="6" w:space="3" w:color="D93A1E"/>
        </w:pBdr>
      </w:pPr>
      <w:r>
        <w:rPr>
          <w:b/>
          <w:i w:val="0"/>
          <w:color w:val="D93A1E"/>
          <w:sz w:val="19"/>
        </w:rPr>
        <w:t>Teil 5</w:t>
      </w:r>
      <w:r>
        <w:rPr>
          <w:b/>
          <w:i w:val="0"/>
          <w:color w:val="1A1236"/>
          <w:sz w:val="30"/>
        </w:rPr>
        <w:t xml:space="preserve">   Termine und Anfragen</w:t>
      </w:r>
    </w:p>
    <w:p>
      <w:r>
        <w:rPr>
          <w:b w:val="0"/>
          <w:i/>
          <w:color w:val="6E6A7A"/>
          <w:sz w:val="19"/>
        </w:rPr>
        <w:t>Standard bei uns: ein eigener, schöner Online-Kalender, der zur Website passt, mit Meldung aufs Handy.</w:t>
      </w:r>
    </w:p>
    <w:p>
      <w:pPr>
        <w:keepNext/>
        <w:spacing w:before="140"/>
      </w:pPr>
      <w:r>
        <w:rPr>
          <w:b/>
          <w:i w:val="0"/>
          <w:color w:val="D93A1E"/>
        </w:rPr>
        <w:t xml:space="preserve">21.  </w:t>
      </w:r>
      <w:r>
        <w:rPr>
          <w:b/>
          <w:i w:val="0"/>
          <w:color w:val="1A1236"/>
        </w:rPr>
        <w:t>Brauchen Sie Online-Terminbuchung?</w:t>
      </w:r>
    </w:p>
    <w:p>
      <w:pPr>
        <w:ind w:left="312"/>
      </w:pPr>
      <w:sdt>
        <w:sdtPr>
          <w:id w:val="41043"/>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w:t>
      </w:r>
      <w:sdt>
        <w:sdtPr>
          <w:id w:val="41044"/>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nur ein Kontaktformular     </w:t>
      </w:r>
      <w:sdt>
        <w:sdtPr>
          <w:id w:val="41045"/>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Bin unsicher     </w:t>
      </w:r>
    </w:p>
    <w:p>
      <w:pPr>
        <w:keepNext/>
        <w:spacing w:before="140"/>
      </w:pPr>
      <w:r>
        <w:rPr>
          <w:b/>
          <w:i w:val="0"/>
          <w:color w:val="D93A1E"/>
        </w:rPr>
        <w:t xml:space="preserve">22.  </w:t>
      </w:r>
      <w:r>
        <w:rPr>
          <w:b/>
          <w:i w:val="0"/>
          <w:color w:val="1A1236"/>
        </w:rPr>
        <w:t>Wie lange dauert ein Termin, und wie viel Pause zwischen Terminen?</w:t>
      </w:r>
      <w:r>
        <w:rPr>
          <w:b w:val="0"/>
          <w:i/>
          <w:color w:val="6E6A7A"/>
          <w:sz w:val="18"/>
        </w:rPr>
        <w:t xml:space="preserve">  Bei verschiedenen Leistungen: je Leistung</w:t>
      </w:r>
    </w:p>
    <w:p>
      <w:pPr>
        <w:ind w:left="312"/>
      </w:pPr>
      <w:sdt>
        <w:sdtPr>
          <w:id w:val="41046"/>
          <w:showingPlcHdr/>
          <w:text/>
        </w:sdtPr>
        <w:sdtContent>
          <w:r>
            <w:rPr>
              <w:color w:val="8A8698"/>
            </w:rPr>
            <w:t>Hier tippen</w:t>
          </w:r>
        </w:sdtContent>
      </w:sdt>
    </w:p>
    <w:p>
      <w:pPr>
        <w:keepNext/>
        <w:spacing w:before="140"/>
      </w:pPr>
      <w:r>
        <w:rPr>
          <w:b/>
          <w:i w:val="0"/>
          <w:color w:val="D93A1E"/>
        </w:rPr>
        <w:t xml:space="preserve">23.  </w:t>
      </w:r>
      <w:r>
        <w:rPr>
          <w:b/>
          <w:i w:val="0"/>
          <w:color w:val="1A1236"/>
        </w:rPr>
        <w:t>Wie kurzfristig darf man buchen, wie weit im Voraus?</w:t>
      </w:r>
      <w:r>
        <w:rPr>
          <w:b w:val="0"/>
          <w:i/>
          <w:color w:val="6E6A7A"/>
          <w:sz w:val="18"/>
        </w:rPr>
        <w:t xml:space="preserve">  z. B. frühestens 1 Stunde vorher, höchstens 4 Wochen im Voraus</w:t>
      </w:r>
    </w:p>
    <w:p>
      <w:pPr>
        <w:ind w:left="312"/>
      </w:pPr>
      <w:sdt>
        <w:sdtPr>
          <w:id w:val="41047"/>
          <w:showingPlcHdr/>
          <w:text/>
        </w:sdtPr>
        <w:sdtContent>
          <w:r>
            <w:rPr>
              <w:color w:val="8A8698"/>
            </w:rPr>
            <w:t>Hier tippen</w:t>
          </w:r>
        </w:sdtContent>
      </w:sdt>
    </w:p>
    <w:p>
      <w:pPr>
        <w:keepNext/>
        <w:spacing w:before="140"/>
      </w:pPr>
      <w:r>
        <w:rPr>
          <w:b/>
          <w:i w:val="0"/>
          <w:color w:val="D93A1E"/>
        </w:rPr>
        <w:t xml:space="preserve">24.  </w:t>
      </w:r>
      <w:r>
        <w:rPr>
          <w:b/>
          <w:i w:val="0"/>
          <w:color w:val="1A1236"/>
        </w:rPr>
        <w:t>Mehrere Personen oder Räume?</w:t>
      </w:r>
      <w:r>
        <w:rPr>
          <w:b w:val="0"/>
          <w:i/>
          <w:color w:val="6E6A7A"/>
          <w:sz w:val="18"/>
        </w:rPr>
        <w:t xml:space="preserve">  Wenn ja: wie viele Termine können gleichzeitig laufen?</w:t>
      </w:r>
    </w:p>
    <w:p>
      <w:pPr>
        <w:ind w:left="312"/>
      </w:pPr>
      <w:sdt>
        <w:sdtPr>
          <w:id w:val="41048"/>
          <w:showingPlcHdr/>
          <w:text/>
        </w:sdtPr>
        <w:sdtContent>
          <w:r>
            <w:rPr>
              <w:color w:val="8A8698"/>
            </w:rPr>
            <w:t>Hier tippen</w:t>
          </w:r>
        </w:sdtContent>
      </w:sdt>
    </w:p>
    <w:p>
      <w:pPr>
        <w:keepNext/>
        <w:spacing w:before="140"/>
      </w:pPr>
      <w:r>
        <w:rPr>
          <w:b/>
          <w:i w:val="0"/>
          <w:color w:val="D93A1E"/>
        </w:rPr>
        <w:t xml:space="preserve">25.  </w:t>
      </w:r>
      <w:r>
        <w:rPr>
          <w:b/>
          <w:i w:val="0"/>
          <w:color w:val="1A1236"/>
        </w:rPr>
        <w:t>Wie wollen Sie über neue Termine und Anfragen informiert werden?</w:t>
      </w:r>
    </w:p>
    <w:p>
      <w:pPr>
        <w:spacing w:after="20"/>
        <w:ind w:left="312"/>
      </w:pPr>
      <w:sdt>
        <w:sdtPr>
          <w:id w:val="41049"/>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Telegram     </w:t>
      </w:r>
    </w:p>
    <w:p>
      <w:pPr>
        <w:spacing w:after="20"/>
        <w:ind w:left="312"/>
      </w:pPr>
      <w:sdt>
        <w:sdtPr>
          <w:id w:val="41050"/>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E-Mail     </w:t>
      </w:r>
    </w:p>
    <w:p>
      <w:pPr>
        <w:spacing w:after="20"/>
        <w:ind w:left="312"/>
      </w:pPr>
      <w:sdt>
        <w:sdtPr>
          <w:id w:val="41051"/>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WhatsApp     </w:t>
      </w:r>
    </w:p>
    <w:p>
      <w:pPr>
        <w:spacing w:after="20"/>
        <w:ind w:left="312"/>
      </w:pPr>
      <w:sdt>
        <w:sdtPr>
          <w:id w:val="41052"/>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SMS     </w:t>
      </w:r>
    </w:p>
    <w:p>
      <w:pPr>
        <w:ind w:left="312"/>
      </w:pPr>
      <w:r>
        <w:rPr>
          <w:b w:val="0"/>
          <w:i w:val="0"/>
        </w:rPr>
        <w:t xml:space="preserve">Sonstiges: </w:t>
      </w:r>
      <w:sdt>
        <w:sdtPr>
          <w:id w:val="41053"/>
          <w:showingPlcHdr/>
          <w:text/>
        </w:sdtPr>
        <w:sdtContent>
          <w:r>
            <w:rPr>
              <w:color w:val="8A8698"/>
            </w:rPr>
            <w:t>Hier tippen</w:t>
          </w:r>
        </w:sdtContent>
      </w:sdt>
    </w:p>
    <w:p>
      <w:pPr>
        <w:keepNext/>
        <w:spacing w:before="140"/>
      </w:pPr>
      <w:r>
        <w:rPr>
          <w:b/>
          <w:i w:val="0"/>
          <w:color w:val="D93A1E"/>
        </w:rPr>
        <w:t xml:space="preserve">26.  </w:t>
      </w:r>
      <w:r>
        <w:rPr>
          <w:b/>
          <w:i w:val="0"/>
          <w:color w:val="1A1236"/>
        </w:rPr>
        <w:t>Bis wann darf man einen Termin selbst absagen?</w:t>
      </w:r>
      <w:r>
        <w:rPr>
          <w:b w:val="0"/>
          <w:i/>
          <w:color w:val="6E6A7A"/>
          <w:sz w:val="18"/>
        </w:rPr>
        <w:t xml:space="preserve">  z. B. bis 24 Stunden vorher</w:t>
      </w:r>
    </w:p>
    <w:p>
      <w:pPr>
        <w:ind w:left="312"/>
      </w:pPr>
      <w:sdt>
        <w:sdtPr>
          <w:id w:val="41054"/>
          <w:showingPlcHdr/>
          <w:text/>
        </w:sdtPr>
        <w:sdtContent>
          <w:r>
            <w:rPr>
              <w:color w:val="8A8698"/>
            </w:rPr>
            <w:t>Hier tippen</w:t>
          </w:r>
        </w:sdtContent>
      </w:sdt>
    </w:p>
    <w:p>
      <w:pPr>
        <w:keepNext/>
        <w:spacing w:before="140"/>
      </w:pPr>
      <w:r>
        <w:rPr>
          <w:b/>
          <w:i w:val="0"/>
          <w:color w:val="D93A1E"/>
        </w:rPr>
        <w:t xml:space="preserve">27.  </w:t>
      </w:r>
      <w:r>
        <w:rPr>
          <w:b/>
          <w:i w:val="0"/>
          <w:color w:val="1A1236"/>
        </w:rPr>
        <w:t>Sollen Kundinnen und Kunden eine Erinnerung vor dem Termin bekommen?</w:t>
      </w:r>
    </w:p>
    <w:p>
      <w:pPr>
        <w:ind w:left="312"/>
      </w:pPr>
      <w:sdt>
        <w:sdtPr>
          <w:id w:val="41055"/>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per E-Mail     </w:t>
      </w:r>
      <w:sdt>
        <w:sdtPr>
          <w:id w:val="41056"/>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w:t>
      </w:r>
    </w:p>
    <w:p>
      <w:pPr>
        <w:keepNext/>
        <w:spacing w:before="320" w:after="40"/>
        <w:pBdr>
          <w:bottom w:val="single" w:sz="6" w:space="3" w:color="D93A1E"/>
        </w:pBdr>
      </w:pPr>
      <w:r>
        <w:rPr>
          <w:b/>
          <w:i w:val="0"/>
          <w:color w:val="D93A1E"/>
          <w:sz w:val="19"/>
        </w:rPr>
        <w:t>Teil 6</w:t>
      </w:r>
      <w:r>
        <w:rPr>
          <w:b/>
          <w:i w:val="0"/>
          <w:color w:val="1A1236"/>
          <w:sz w:val="30"/>
        </w:rPr>
        <w:t xml:space="preserve">   Design und Marke</w:t>
      </w:r>
    </w:p>
    <w:p>
      <w:r>
        <w:rPr>
          <w:b w:val="0"/>
          <w:i/>
          <w:color w:val="6E6A7A"/>
          <w:sz w:val="19"/>
        </w:rPr>
        <w:t>Kein Geschmackstest: wir leiten die Gestaltung aus Ihrem Material und Ihren Vorbildern ab.</w:t>
      </w:r>
    </w:p>
    <w:p>
      <w:pPr>
        <w:keepNext/>
        <w:spacing w:before="140"/>
      </w:pPr>
      <w:r>
        <w:rPr>
          <w:b/>
          <w:i w:val="0"/>
          <w:color w:val="D93A1E"/>
        </w:rPr>
        <w:t xml:space="preserve">28.  </w:t>
      </w:r>
      <w:r>
        <w:rPr>
          <w:b/>
          <w:i w:val="0"/>
          <w:color w:val="1A1236"/>
        </w:rPr>
        <w:t>Haben Sie ein Logo?</w:t>
      </w:r>
      <w:r>
        <w:rPr>
          <w:b w:val="0"/>
          <w:i/>
          <w:color w:val="6E6A7A"/>
          <w:sz w:val="18"/>
        </w:rPr>
        <w:t xml:space="preserve">  wem gehört es: eigene Gestaltung oder bezahlte Grafik?</w:t>
      </w:r>
    </w:p>
    <w:p>
      <w:pPr>
        <w:ind w:left="312"/>
      </w:pPr>
      <w:sdt>
        <w:sdtPr>
          <w:id w:val="41057"/>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liegt bei     </w:t>
      </w:r>
      <w:sdt>
        <w:sdtPr>
          <w:id w:val="41058"/>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nur Schrift     </w:t>
      </w:r>
    </w:p>
    <w:p>
      <w:pPr>
        <w:keepNext/>
        <w:spacing w:before="140"/>
      </w:pPr>
      <w:r>
        <w:rPr>
          <w:b/>
          <w:i w:val="0"/>
          <w:color w:val="D93A1E"/>
        </w:rPr>
        <w:t xml:space="preserve">29.  </w:t>
      </w:r>
      <w:r>
        <w:rPr>
          <w:b/>
          <w:i w:val="0"/>
          <w:color w:val="1A1236"/>
        </w:rPr>
        <w:t>Farben, die zu Ihnen gehören</w:t>
      </w:r>
      <w:r>
        <w:rPr>
          <w:b w:val="0"/>
          <w:i/>
          <w:color w:val="6E6A7A"/>
          <w:sz w:val="18"/>
        </w:rPr>
        <w:t xml:space="preserve">  Farbnamen oder Codes, oder «aus dem Logo ableiten»</w:t>
      </w:r>
    </w:p>
    <w:p>
      <w:pPr>
        <w:ind w:left="312"/>
      </w:pPr>
      <w:sdt>
        <w:sdtPr>
          <w:id w:val="41059"/>
          <w:showingPlcHdr/>
          <w:text/>
        </w:sdtPr>
        <w:sdtContent>
          <w:r>
            <w:rPr>
              <w:color w:val="8A8698"/>
            </w:rPr>
            <w:t>Hier tippen</w:t>
          </w:r>
        </w:sdtContent>
      </w:sdt>
    </w:p>
    <w:p>
      <w:pPr>
        <w:keepNext/>
        <w:spacing w:before="140"/>
      </w:pPr>
      <w:r>
        <w:rPr>
          <w:b/>
          <w:i w:val="0"/>
          <w:color w:val="D93A1E"/>
        </w:rPr>
        <w:t xml:space="preserve">30.  </w:t>
      </w:r>
      <w:r>
        <w:rPr>
          <w:b/>
          <w:i w:val="0"/>
          <w:color w:val="1A1236"/>
        </w:rPr>
        <w:t>Drei Websites, die Ihnen gefallen, und eine, die Ihnen gar nicht gefällt</w:t>
      </w:r>
      <w:r>
        <w:rPr>
          <w:b w:val="0"/>
          <w:i/>
          <w:color w:val="6E6A7A"/>
          <w:sz w:val="18"/>
        </w:rPr>
        <w:t xml:space="preserve">  Link genügt, dazu ein Satz, was gefällt</w:t>
      </w:r>
    </w:p>
    <w:p>
      <w:pPr>
        <w:ind w:left="312"/>
      </w:pPr>
      <w:sdt>
        <w:sdtPr>
          <w:id w:val="41060"/>
          <w:showingPlcHdr/>
          <w:text w:multiLine="1"/>
        </w:sdtPr>
        <w:sdtContent>
          <w:r>
            <w:rPr>
              <w:color w:val="8A8698"/>
            </w:rPr>
            <w:t>Hier tippen</w:t>
          </w:r>
        </w:sdtContent>
      </w:sdt>
    </w:p>
    <w:p>
      <w:pPr>
        <w:keepNext/>
        <w:spacing w:before="140"/>
      </w:pPr>
      <w:r>
        <w:rPr>
          <w:b/>
          <w:i w:val="0"/>
          <w:color w:val="D93A1E"/>
        </w:rPr>
        <w:t xml:space="preserve">31.  </w:t>
      </w:r>
      <w:r>
        <w:rPr>
          <w:b/>
          <w:i w:val="0"/>
          <w:color w:val="1A1236"/>
        </w:rPr>
        <w:t>Wie soll die Seite wirken?</w:t>
      </w:r>
    </w:p>
    <w:p>
      <w:pPr>
        <w:spacing w:after="20"/>
        <w:ind w:left="312"/>
      </w:pPr>
      <w:sdt>
        <w:sdtPr>
          <w:id w:val="41061"/>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ruhig und hochwertig     </w:t>
      </w:r>
    </w:p>
    <w:p>
      <w:pPr>
        <w:spacing w:after="20"/>
        <w:ind w:left="312"/>
      </w:pPr>
      <w:sdt>
        <w:sdtPr>
          <w:id w:val="41062"/>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modern und mutig     </w:t>
      </w:r>
    </w:p>
    <w:p>
      <w:pPr>
        <w:spacing w:after="20"/>
        <w:ind w:left="312"/>
      </w:pPr>
      <w:sdt>
        <w:sdtPr>
          <w:id w:val="41063"/>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warm und persönlich     </w:t>
      </w:r>
    </w:p>
    <w:p>
      <w:pPr>
        <w:spacing w:after="20"/>
        <w:ind w:left="312"/>
      </w:pPr>
      <w:sdt>
        <w:sdtPr>
          <w:id w:val="41064"/>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sachlich und klar     </w:t>
      </w:r>
    </w:p>
    <w:p>
      <w:pPr>
        <w:ind w:left="312"/>
      </w:pPr>
      <w:r>
        <w:rPr>
          <w:b w:val="0"/>
          <w:i w:val="0"/>
        </w:rPr>
        <w:t xml:space="preserve">Sonstiges: </w:t>
      </w:r>
      <w:sdt>
        <w:sdtPr>
          <w:id w:val="41065"/>
          <w:showingPlcHdr/>
          <w:text/>
        </w:sdtPr>
        <w:sdtContent>
          <w:r>
            <w:rPr>
              <w:color w:val="8A8698"/>
            </w:rPr>
            <w:t>Hier tippen</w:t>
          </w:r>
        </w:sdtContent>
      </w:sdt>
    </w:p>
    <w:p>
      <w:pPr>
        <w:keepNext/>
        <w:spacing w:before="140"/>
      </w:pPr>
      <w:r>
        <w:rPr>
          <w:b/>
          <w:i w:val="0"/>
          <w:color w:val="D93A1E"/>
        </w:rPr>
        <w:t xml:space="preserve">32.  </w:t>
      </w:r>
      <w:r>
        <w:rPr>
          <w:b/>
          <w:i w:val="0"/>
          <w:color w:val="1A1236"/>
        </w:rPr>
        <w:t>Haben Sie eigene Fotos?</w:t>
      </w:r>
    </w:p>
    <w:p>
      <w:pPr>
        <w:ind w:left="312"/>
      </w:pPr>
      <w:sdt>
        <w:sdtPr>
          <w:id w:val="41066"/>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liegen bei     </w:t>
      </w:r>
      <w:sdt>
        <w:sdtPr>
          <w:id w:val="41067"/>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ich mache welche     </w:t>
      </w:r>
      <w:sdt>
        <w:sdtPr>
          <w:id w:val="41068"/>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bitte ohne Fotos     </w:t>
      </w:r>
    </w:p>
    <w:p>
      <w:pPr>
        <w:keepNext/>
        <w:spacing w:before="140"/>
      </w:pPr>
      <w:r>
        <w:rPr>
          <w:b/>
          <w:i w:val="0"/>
          <w:color w:val="D93A1E"/>
        </w:rPr>
        <w:t xml:space="preserve">33.  </w:t>
      </w:r>
      <w:r>
        <w:rPr>
          <w:b/>
          <w:i w:val="0"/>
          <w:color w:val="1A1236"/>
        </w:rPr>
        <w:t>Dürfen abgebildete Personen gezeigt werden?</w:t>
      </w:r>
      <w:r>
        <w:rPr>
          <w:b w:val="0"/>
          <w:i/>
          <w:color w:val="6E6A7A"/>
          <w:sz w:val="18"/>
        </w:rPr>
        <w:t xml:space="preserve">  Kurze schriftliche Einwilligung (WhatsApp reicht), sonst nur Bilder ohne erkennbare Gesichter</w:t>
      </w:r>
    </w:p>
    <w:p>
      <w:pPr>
        <w:ind w:left="312"/>
      </w:pPr>
      <w:sdt>
        <w:sdtPr>
          <w:id w:val="41069"/>
          <w:showingPlcHdr/>
          <w:text/>
        </w:sdtPr>
        <w:sdtContent>
          <w:r>
            <w:rPr>
              <w:color w:val="8A8698"/>
            </w:rPr>
            <w:t>Hier tippen</w:t>
          </w:r>
        </w:sdtContent>
      </w:sdt>
    </w:p>
    <w:p>
      <w:pPr>
        <w:keepNext/>
        <w:spacing w:before="320" w:after="40"/>
        <w:pBdr>
          <w:bottom w:val="single" w:sz="6" w:space="3" w:color="D93A1E"/>
        </w:pBdr>
      </w:pPr>
      <w:r>
        <w:rPr>
          <w:b/>
          <w:i w:val="0"/>
          <w:color w:val="D93A1E"/>
          <w:sz w:val="19"/>
        </w:rPr>
        <w:t>Teil 7</w:t>
      </w:r>
      <w:r>
        <w:rPr>
          <w:b/>
          <w:i w:val="0"/>
          <w:color w:val="1A1236"/>
          <w:sz w:val="30"/>
        </w:rPr>
        <w:t xml:space="preserve">   Inhalte und Seiten</w:t>
      </w:r>
    </w:p>
    <w:p>
      <w:pPr>
        <w:keepNext/>
        <w:spacing w:before="140"/>
      </w:pPr>
      <w:r>
        <w:rPr>
          <w:b/>
          <w:i w:val="0"/>
          <w:color w:val="D93A1E"/>
        </w:rPr>
        <w:t xml:space="preserve">34.  </w:t>
      </w:r>
      <w:r>
        <w:rPr>
          <w:b/>
          <w:i w:val="0"/>
          <w:color w:val="1A1236"/>
        </w:rPr>
        <w:t>Welche Bereiche soll die Website haben?</w:t>
      </w:r>
    </w:p>
    <w:p>
      <w:pPr>
        <w:spacing w:after="20"/>
        <w:ind w:left="312"/>
      </w:pPr>
      <w:sdt>
        <w:sdtPr>
          <w:id w:val="41070"/>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Startseite mit Kurzüberblick     </w:t>
      </w:r>
    </w:p>
    <w:p>
      <w:pPr>
        <w:spacing w:after="20"/>
        <w:ind w:left="312"/>
      </w:pPr>
      <w:sdt>
        <w:sdtPr>
          <w:id w:val="41071"/>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Leistungen     </w:t>
      </w:r>
    </w:p>
    <w:p>
      <w:pPr>
        <w:spacing w:after="20"/>
        <w:ind w:left="312"/>
      </w:pPr>
      <w:sdt>
        <w:sdtPr>
          <w:id w:val="41072"/>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Preise     </w:t>
      </w:r>
    </w:p>
    <w:p>
      <w:pPr>
        <w:spacing w:after="20"/>
        <w:ind w:left="312"/>
      </w:pPr>
      <w:sdt>
        <w:sdtPr>
          <w:id w:val="41073"/>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Über uns     </w:t>
      </w:r>
    </w:p>
    <w:p>
      <w:pPr>
        <w:spacing w:after="20"/>
        <w:ind w:left="312"/>
      </w:pPr>
      <w:sdt>
        <w:sdtPr>
          <w:id w:val="41074"/>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Terminbuchung     </w:t>
      </w:r>
    </w:p>
    <w:p>
      <w:pPr>
        <w:spacing w:after="20"/>
        <w:ind w:left="312"/>
      </w:pPr>
      <w:sdt>
        <w:sdtPr>
          <w:id w:val="41075"/>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Galerie / Referenzen     </w:t>
      </w:r>
    </w:p>
    <w:p>
      <w:pPr>
        <w:spacing w:after="20"/>
        <w:ind w:left="312"/>
      </w:pPr>
      <w:sdt>
        <w:sdtPr>
          <w:id w:val="41076"/>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FAQ / häufige Fragen     </w:t>
      </w:r>
    </w:p>
    <w:p>
      <w:pPr>
        <w:spacing w:after="20"/>
        <w:ind w:left="312"/>
      </w:pPr>
      <w:sdt>
        <w:sdtPr>
          <w:id w:val="41077"/>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Kontakt und Anfahrt     </w:t>
      </w:r>
    </w:p>
    <w:p>
      <w:pPr>
        <w:ind w:left="312"/>
      </w:pPr>
      <w:r>
        <w:rPr>
          <w:b w:val="0"/>
          <w:i w:val="0"/>
        </w:rPr>
        <w:t xml:space="preserve">Sonstiges: </w:t>
      </w:r>
      <w:sdt>
        <w:sdtPr>
          <w:id w:val="41078"/>
          <w:showingPlcHdr/>
          <w:text/>
        </w:sdtPr>
        <w:sdtContent>
          <w:r>
            <w:rPr>
              <w:color w:val="8A8698"/>
            </w:rPr>
            <w:t>Hier tippen</w:t>
          </w:r>
        </w:sdtContent>
      </w:sdt>
    </w:p>
    <w:p>
      <w:pPr>
        <w:keepNext/>
        <w:spacing w:before="140"/>
      </w:pPr>
      <w:r>
        <w:rPr>
          <w:b/>
          <w:i w:val="0"/>
          <w:color w:val="D93A1E"/>
        </w:rPr>
        <w:t xml:space="preserve">35.  </w:t>
      </w:r>
      <w:r>
        <w:rPr>
          <w:b/>
          <w:i w:val="0"/>
          <w:color w:val="1A1236"/>
        </w:rPr>
        <w:t>Wer schreibt die Texte?</w:t>
      </w:r>
    </w:p>
    <w:p>
      <w:pPr>
        <w:ind w:left="312"/>
      </w:pPr>
      <w:sdt>
        <w:sdtPr>
          <w:id w:val="41079"/>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Wir, nach Ihren Stichworten     </w:t>
      </w:r>
      <w:sdt>
        <w:sdtPr>
          <w:id w:val="41080"/>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Ich liefere eigene Texte     </w:t>
      </w:r>
    </w:p>
    <w:p>
      <w:pPr>
        <w:keepNext/>
        <w:spacing w:before="140"/>
      </w:pPr>
      <w:r>
        <w:rPr>
          <w:b/>
          <w:i w:val="0"/>
          <w:color w:val="D93A1E"/>
        </w:rPr>
        <w:t xml:space="preserve">36.  </w:t>
      </w:r>
      <w:r>
        <w:rPr>
          <w:b/>
          <w:i w:val="0"/>
          <w:color w:val="1A1236"/>
        </w:rPr>
        <w:t>In welchen Sprachen?</w:t>
      </w:r>
    </w:p>
    <w:p>
      <w:pPr>
        <w:spacing w:after="20"/>
        <w:ind w:left="312"/>
      </w:pPr>
      <w:sdt>
        <w:sdtPr>
          <w:id w:val="41081"/>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Deutsch     </w:t>
      </w:r>
    </w:p>
    <w:p>
      <w:pPr>
        <w:spacing w:after="20"/>
        <w:ind w:left="312"/>
      </w:pPr>
      <w:sdt>
        <w:sdtPr>
          <w:id w:val="41082"/>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Englisch     </w:t>
      </w:r>
    </w:p>
    <w:p>
      <w:pPr>
        <w:ind w:left="312"/>
      </w:pPr>
      <w:r>
        <w:rPr>
          <w:b w:val="0"/>
          <w:i w:val="0"/>
        </w:rPr>
        <w:t xml:space="preserve">Sonstiges: </w:t>
      </w:r>
      <w:sdt>
        <w:sdtPr>
          <w:id w:val="41083"/>
          <w:showingPlcHdr/>
          <w:text/>
        </w:sdtPr>
        <w:sdtContent>
          <w:r>
            <w:rPr>
              <w:color w:val="8A8698"/>
            </w:rPr>
            <w:t>Hier tippen</w:t>
          </w:r>
        </w:sdtContent>
      </w:sdt>
    </w:p>
    <w:p>
      <w:pPr>
        <w:keepNext/>
        <w:spacing w:before="140"/>
      </w:pPr>
      <w:r>
        <w:rPr>
          <w:b/>
          <w:i w:val="0"/>
          <w:color w:val="D93A1E"/>
        </w:rPr>
        <w:t xml:space="preserve">37.  </w:t>
      </w:r>
      <w:r>
        <w:rPr>
          <w:b/>
          <w:i w:val="0"/>
          <w:color w:val="1A1236"/>
        </w:rPr>
        <w:t>Instagram, Facebook und andere Profile</w:t>
      </w:r>
      <w:r>
        <w:rPr>
          <w:b w:val="0"/>
          <w:i/>
          <w:color w:val="6E6A7A"/>
          <w:sz w:val="18"/>
        </w:rPr>
        <w:t xml:space="preserve">  Links oder Handles</w:t>
      </w:r>
    </w:p>
    <w:p>
      <w:pPr>
        <w:ind w:left="312"/>
      </w:pPr>
      <w:sdt>
        <w:sdtPr>
          <w:id w:val="41084"/>
          <w:showingPlcHdr/>
          <w:text/>
        </w:sdtPr>
        <w:sdtContent>
          <w:r>
            <w:rPr>
              <w:color w:val="8A8698"/>
            </w:rPr>
            <w:t>Hier tippen</w:t>
          </w:r>
        </w:sdtContent>
      </w:sdt>
    </w:p>
    <w:p>
      <w:pPr>
        <w:keepNext/>
        <w:spacing w:before="140"/>
      </w:pPr>
      <w:r>
        <w:rPr>
          <w:b/>
          <w:i w:val="0"/>
          <w:color w:val="D93A1E"/>
        </w:rPr>
        <w:t xml:space="preserve">38.  </w:t>
      </w:r>
      <w:r>
        <w:rPr>
          <w:b/>
          <w:i w:val="0"/>
          <w:color w:val="1A1236"/>
        </w:rPr>
        <w:t>Google-Maps-Eintrag oder Bewertungslink</w:t>
      </w:r>
      <w:r>
        <w:rPr>
          <w:b w:val="0"/>
          <w:i/>
          <w:color w:val="6E6A7A"/>
          <w:sz w:val="18"/>
        </w:rPr>
        <w:t xml:space="preserve">  falls vorhanden</w:t>
      </w:r>
    </w:p>
    <w:p>
      <w:pPr>
        <w:ind w:left="312"/>
      </w:pPr>
      <w:sdt>
        <w:sdtPr>
          <w:id w:val="41085"/>
          <w:showingPlcHdr/>
          <w:text/>
        </w:sdtPr>
        <w:sdtContent>
          <w:r>
            <w:rPr>
              <w:color w:val="8A8698"/>
            </w:rPr>
            <w:t>Hier tippen</w:t>
          </w:r>
        </w:sdtContent>
      </w:sdt>
    </w:p>
    <w:p>
      <w:pPr>
        <w:keepNext/>
        <w:spacing w:before="320" w:after="40"/>
        <w:pBdr>
          <w:bottom w:val="single" w:sz="6" w:space="3" w:color="D93A1E"/>
        </w:pBdr>
      </w:pPr>
      <w:r>
        <w:rPr>
          <w:b/>
          <w:i w:val="0"/>
          <w:color w:val="D93A1E"/>
          <w:sz w:val="19"/>
        </w:rPr>
        <w:t>Teil 8</w:t>
      </w:r>
      <w:r>
        <w:rPr>
          <w:b/>
          <w:i w:val="0"/>
          <w:color w:val="1A1236"/>
          <w:sz w:val="30"/>
        </w:rPr>
        <w:t xml:space="preserve">   Domain und Technik</w:t>
      </w:r>
    </w:p>
    <w:p>
      <w:pPr>
        <w:keepNext/>
        <w:spacing w:before="140"/>
      </w:pPr>
      <w:r>
        <w:rPr>
          <w:b/>
          <w:i w:val="0"/>
          <w:color w:val="D93A1E"/>
        </w:rPr>
        <w:t xml:space="preserve">39.  </w:t>
      </w:r>
      <w:r>
        <w:rPr>
          <w:b/>
          <w:i w:val="0"/>
          <w:color w:val="1A1236"/>
        </w:rPr>
        <w:t>Gibt es schon eine Website?</w:t>
      </w:r>
      <w:r>
        <w:rPr>
          <w:b w:val="0"/>
          <w:i/>
          <w:color w:val="6E6A7A"/>
          <w:sz w:val="18"/>
        </w:rPr>
        <w:t xml:space="preserve">  Wenn ja: Adresse angeben, wir übernehmen brauchbare Inhalte</w:t>
      </w:r>
    </w:p>
    <w:p>
      <w:pPr>
        <w:ind w:left="312"/>
      </w:pPr>
      <w:sdt>
        <w:sdtPr>
          <w:id w:val="41086"/>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w:t>
      </w:r>
      <w:sdt>
        <w:sdtPr>
          <w:id w:val="41087"/>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w:t>
      </w:r>
    </w:p>
    <w:p>
      <w:pPr>
        <w:keepNext/>
        <w:spacing w:before="140"/>
      </w:pPr>
      <w:r>
        <w:rPr>
          <w:b/>
          <w:i w:val="0"/>
          <w:color w:val="D93A1E"/>
        </w:rPr>
        <w:t xml:space="preserve">40.  </w:t>
      </w:r>
      <w:r>
        <w:rPr>
          <w:b/>
          <w:i w:val="0"/>
          <w:color w:val="1A1236"/>
        </w:rPr>
        <w:t>Wunschdomain</w:t>
      </w:r>
      <w:r>
        <w:rPr>
          <w:b w:val="0"/>
          <w:i w:val="0"/>
          <w:color w:val="D93A1E"/>
          <w:sz w:val="17"/>
        </w:rPr>
        <w:t xml:space="preserve">  ● vor Start nötig</w:t>
      </w:r>
      <w:r>
        <w:rPr>
          <w:b w:val="0"/>
          <w:i/>
          <w:color w:val="6E6A7A"/>
          <w:sz w:val="18"/>
        </w:rPr>
        <w:t xml:space="preserve">  z. B. meinbetrieb.li. Wir registrieren sie auf IHREN Namen, nicht auf uns. Oder unsere Adresse reicht für den Anfang.</w:t>
      </w:r>
    </w:p>
    <w:p>
      <w:pPr>
        <w:ind w:left="312"/>
      </w:pPr>
      <w:sdt>
        <w:sdtPr>
          <w:id w:val="41088"/>
          <w:showingPlcHdr/>
          <w:text/>
        </w:sdtPr>
        <w:sdtContent>
          <w:r>
            <w:rPr>
              <w:color w:val="8A8698"/>
            </w:rPr>
            <w:t>Hier tippen</w:t>
          </w:r>
        </w:sdtContent>
      </w:sdt>
    </w:p>
    <w:p>
      <w:pPr>
        <w:keepNext/>
        <w:spacing w:before="140"/>
      </w:pPr>
      <w:r>
        <w:rPr>
          <w:b/>
          <w:i w:val="0"/>
          <w:color w:val="D93A1E"/>
        </w:rPr>
        <w:t xml:space="preserve">41.  </w:t>
      </w:r>
      <w:r>
        <w:rPr>
          <w:b/>
          <w:i w:val="0"/>
          <w:color w:val="1A1236"/>
        </w:rPr>
        <w:t>Haben Sie eine E-Mail-Adresse mit eigener Domain?</w:t>
      </w:r>
    </w:p>
    <w:p>
      <w:pPr>
        <w:ind w:left="312"/>
      </w:pPr>
      <w:sdt>
        <w:sdtPr>
          <w:id w:val="41089"/>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Ja     </w:t>
      </w:r>
      <w:sdt>
        <w:sdtPr>
          <w:id w:val="41090"/>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brauche ich     </w:t>
      </w:r>
      <w:sdt>
        <w:sdtPr>
          <w:id w:val="41091"/>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Nein, Gmail o. ä. reicht     </w:t>
      </w:r>
    </w:p>
    <w:p>
      <w:pPr>
        <w:keepNext/>
        <w:spacing w:before="320" w:after="40"/>
        <w:pBdr>
          <w:bottom w:val="single" w:sz="6" w:space="3" w:color="D93A1E"/>
        </w:pBdr>
      </w:pPr>
      <w:r>
        <w:rPr>
          <w:b/>
          <w:i w:val="0"/>
          <w:color w:val="D93A1E"/>
          <w:sz w:val="19"/>
        </w:rPr>
        <w:t>Teil 9</w:t>
      </w:r>
      <w:r>
        <w:rPr>
          <w:b/>
          <w:i w:val="0"/>
          <w:color w:val="1A1236"/>
          <w:sz w:val="30"/>
        </w:rPr>
        <w:t xml:space="preserve">   Rahmen</w:t>
      </w:r>
    </w:p>
    <w:p>
      <w:pPr>
        <w:keepNext/>
        <w:spacing w:before="140"/>
      </w:pPr>
      <w:r>
        <w:rPr>
          <w:b/>
          <w:i w:val="0"/>
          <w:color w:val="D93A1E"/>
        </w:rPr>
        <w:t xml:space="preserve">42.  </w:t>
      </w:r>
      <w:r>
        <w:rPr>
          <w:b/>
          <w:i w:val="0"/>
          <w:color w:val="1A1236"/>
        </w:rPr>
        <w:t>Bis wann soll die Seite live sein, und gibt es einen Anlass?</w:t>
      </w:r>
      <w:r>
        <w:rPr>
          <w:b w:val="0"/>
          <w:i/>
          <w:color w:val="6E6A7A"/>
          <w:sz w:val="18"/>
        </w:rPr>
        <w:t xml:space="preserve">  Eröffnung, Aktion, Messe …</w:t>
      </w:r>
    </w:p>
    <w:p>
      <w:pPr>
        <w:ind w:left="312"/>
      </w:pPr>
      <w:sdt>
        <w:sdtPr>
          <w:id w:val="41092"/>
          <w:showingPlcHdr/>
          <w:text/>
        </w:sdtPr>
        <w:sdtContent>
          <w:r>
            <w:rPr>
              <w:color w:val="8A8698"/>
            </w:rPr>
            <w:t>Hier tippen</w:t>
          </w:r>
        </w:sdtContent>
      </w:sdt>
    </w:p>
    <w:p>
      <w:pPr>
        <w:keepNext/>
        <w:spacing w:before="140"/>
      </w:pPr>
      <w:r>
        <w:rPr>
          <w:b/>
          <w:i w:val="0"/>
          <w:color w:val="D93A1E"/>
        </w:rPr>
        <w:t xml:space="preserve">43.  </w:t>
      </w:r>
      <w:r>
        <w:rPr>
          <w:b/>
          <w:i w:val="0"/>
          <w:color w:val="1A1236"/>
        </w:rPr>
        <w:t>Wer ist unsere Ansprechperson, und wie erreichen wir sie am besten?</w:t>
      </w:r>
    </w:p>
    <w:p>
      <w:pPr>
        <w:ind w:left="312"/>
      </w:pPr>
      <w:sdt>
        <w:sdtPr>
          <w:id w:val="41093"/>
          <w:showingPlcHdr/>
          <w:text/>
        </w:sdtPr>
        <w:sdtContent>
          <w:r>
            <w:rPr>
              <w:color w:val="8A8698"/>
            </w:rPr>
            <w:t>Hier tippen</w:t>
          </w:r>
        </w:sdtContent>
      </w:sdt>
    </w:p>
    <w:p>
      <w:pPr>
        <w:keepNext/>
        <w:spacing w:before="140"/>
      </w:pPr>
      <w:r>
        <w:rPr>
          <w:b/>
          <w:i w:val="0"/>
          <w:color w:val="D93A1E"/>
        </w:rPr>
        <w:t xml:space="preserve">44.  </w:t>
      </w:r>
      <w:r>
        <w:rPr>
          <w:b/>
          <w:i w:val="0"/>
          <w:color w:val="1A1236"/>
        </w:rPr>
        <w:t>Wie soll es nach dem Livegang weitergehen?</w:t>
      </w:r>
    </w:p>
    <w:p>
      <w:pPr>
        <w:ind w:left="312"/>
      </w:pPr>
      <w:sdt>
        <w:sdtPr>
          <w:id w:val="41094"/>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Betreuung (Hosting, Domain, Backups, kleine Änderungen)     </w:t>
      </w:r>
      <w:sdt>
        <w:sdtPr>
          <w:id w:val="41095"/>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Betreuung mit Online-Kalender     </w:t>
      </w:r>
      <w:sdt>
        <w:sdtPr>
          <w:id w:val="41096"/>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Ich möchte erst die Seite sehen     </w:t>
      </w:r>
    </w:p>
    <w:p>
      <w:pPr>
        <w:keepNext/>
        <w:spacing w:before="140"/>
      </w:pPr>
      <w:r>
        <w:rPr>
          <w:b/>
          <w:i w:val="0"/>
          <w:color w:val="D93A1E"/>
        </w:rPr>
        <w:t xml:space="preserve">45.  </w:t>
      </w:r>
      <w:r>
        <w:rPr>
          <w:b/>
          <w:i w:val="0"/>
          <w:color w:val="1A1236"/>
        </w:rPr>
        <w:t>Gibt es sonst etwas, das wir wissen sollten?</w:t>
      </w:r>
    </w:p>
    <w:p>
      <w:pPr>
        <w:ind w:left="312"/>
      </w:pPr>
      <w:sdt>
        <w:sdtPr>
          <w:id w:val="41097"/>
          <w:showingPlcHdr/>
          <w:text w:multiLine="1"/>
        </w:sdtPr>
        <w:sdtContent>
          <w:r>
            <w:rPr>
              <w:color w:val="8A8698"/>
            </w:rPr>
            <w:t>Alles, was hier nicht abgefragt wurde</w:t>
          </w:r>
        </w:sdtContent>
      </w:sdt>
    </w:p>
    <w:p>
      <w:pPr>
        <w:spacing w:before="360"/>
      </w:pPr>
      <w:r>
        <w:rPr>
          <w:b/>
          <w:i w:val="0"/>
          <w:color w:val="1A1236"/>
        </w:rPr>
        <w:t xml:space="preserve">Fertig? </w:t>
      </w:r>
      <w:r>
        <w:rPr>
          <w:b w:val="0"/>
          <w:i w:val="0"/>
          <w:sz w:val="20"/>
        </w:rPr>
        <w:t>Speichern und an mikus.jaydenx@gmail.com schicken, oder per WhatsApp. Logo, Preisliste und Fotos bitte dazulegen. Danach melden wir uns mit dem ersten Entwurf. Alle Angaben behandeln wir vertraulich und verwenden sie nur für Ihr Projekt.</w:t>
      </w:r>
    </w:p>
    <w:sectPr w:rsidR="00FC693F" w:rsidRPr="0006063C" w:rsidSect="00034616">
      <w:footerReference w:type="default" r:id="rId9"/>
      <w:pgSz w:w="11906" w:h="16838"/>
      <w:pgMar w:top="1077" w:right="1191" w:bottom="107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E6A7A"/>
        <w:sz w:val="17"/>
      </w:rPr>
      <w:t>Mikus &amp; Nägele · Ruggell, Liechtenstein · Website-Fragebogen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